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PRIJAVA NA EDUKACIJU</w:t>
      </w:r>
    </w:p>
    <w:p>
      <w:r>
        <w:br/>
        <w:t>Molimo ispunite sljedeće podatke:</w:t>
        <w:br/>
      </w:r>
    </w:p>
    <w:p>
      <w:r>
        <w:t>Ime i prezime oca: ________________________________</w:t>
      </w:r>
    </w:p>
    <w:p>
      <w:r>
        <w:t>Ime i prezime majke: ________________________________</w:t>
      </w:r>
    </w:p>
    <w:p>
      <w:r>
        <w:t>Ime djeteta: ________________________________</w:t>
      </w:r>
    </w:p>
    <w:p>
      <w:r>
        <w:t>Poštanski broj i mjesto stanovanja: ________________________________</w:t>
      </w:r>
    </w:p>
    <w:p>
      <w:r>
        <w:t>Kontakt broj: ________________________________</w:t>
      </w:r>
    </w:p>
    <w:p>
      <w:r>
        <w:t>Email: ________________________________</w:t>
      </w:r>
    </w:p>
    <w:p>
      <w:r>
        <w:br/>
        <w:t>GRUPE (označiti grupu koju dijete pohađa):</w:t>
      </w:r>
    </w:p>
    <w:p>
      <w:r>
        <w:t>☐ Grupa 1 (5. razred osnovne škole - matematika)</w:t>
      </w:r>
    </w:p>
    <w:p>
      <w:r>
        <w:t>☐ Grupa 2 (6. razred osnovne škole - matematika)</w:t>
      </w:r>
    </w:p>
    <w:p>
      <w:r>
        <w:t>☐ Grupa 3 (7. razred - matematika ili fizika)</w:t>
      </w:r>
    </w:p>
    <w:p>
      <w:r>
        <w:t>☐ Grupa 4 (8. razred - matematika ili fizika)</w:t>
      </w:r>
    </w:p>
    <w:p>
      <w:r>
        <w:t>☐ Grupa 5 - Edukativna radionica</w:t>
      </w:r>
    </w:p>
    <w:p>
      <w:r>
        <w:t>☐ Grupa 6 - Mala škola matematike</w:t>
      </w:r>
    </w:p>
    <w:p>
      <w:r>
        <w:br/>
        <w:t>Izjavljujem da sam pročitao/la i prihvaćam uvjete GDPR-a.</w:t>
      </w:r>
    </w:p>
    <w:p>
      <w:r>
        <w:br/>
      </w:r>
    </w:p>
    <w:p>
      <w:r>
        <w:t>Mjesto i datum: ________________________________</w:t>
      </w:r>
    </w:p>
    <w:p>
      <w:r>
        <w:br/>
        <w:t>Potpis roditelja/skrbnika: 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