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SUGLASNOST RODITELJA ZA FOTOGRAFIRANJE I SNIMANJE</w:t>
      </w:r>
    </w:p>
    <w:p/>
    <w:p>
      <w:r>
        <w:t>Suglasan/na sam da se moje dijete fotografira i snima u:</w:t>
      </w:r>
    </w:p>
    <w:p>
      <w:r>
        <w:t>Lumino – obrt za poduku i instrukcije, vl. Petra Perica, tijekom održavanja poduke i svih edukativnih aktivnosti.</w:t>
      </w:r>
    </w:p>
    <w:p>
      <w:r>
        <w:t>Fotografiranje i snimanje može se provoditi tijekom redovne poduke te tijekom svih dodatnih aktivnosti povezanih s radom obrta.</w:t>
      </w:r>
    </w:p>
    <w:p/>
    <w:p>
      <w:r>
        <w:t>Djecu će snimati osobe ovlaštene od vlasnice obrta, a fotografije i snimke koristit će se isključivo za potrebe:</w:t>
      </w:r>
    </w:p>
    <w:p>
      <w:pPr>
        <w:pStyle w:val="ListBullet"/>
      </w:pPr>
      <w:r>
        <w:t>rada s djecom i dokumentiranja nastavnog procesa</w:t>
      </w:r>
    </w:p>
    <w:p>
      <w:pPr>
        <w:pStyle w:val="ListBullet"/>
      </w:pPr>
      <w:r>
        <w:t>prezentiranja rada roditeljima (roditeljski sastanci, individualni razgovori)</w:t>
      </w:r>
    </w:p>
    <w:p>
      <w:pPr>
        <w:pStyle w:val="ListBullet"/>
      </w:pPr>
      <w:r>
        <w:t>stručnog usavršavanja i edukativnih prezentacija</w:t>
      </w:r>
    </w:p>
    <w:p>
      <w:pPr>
        <w:pStyle w:val="ListBullet"/>
      </w:pPr>
      <w:r>
        <w:t>arhiviranja aktivnosti obrta</w:t>
      </w:r>
    </w:p>
    <w:p>
      <w:pPr>
        <w:pStyle w:val="ListBullet"/>
      </w:pPr>
      <w:r>
        <w:t>promocije rada obrta u informativne i edukativne svrhe</w:t>
      </w:r>
    </w:p>
    <w:p>
      <w:pPr>
        <w:pStyle w:val="ListBullet"/>
      </w:pPr>
      <w:r>
        <w:t>objave na mrežnim stranicama i društvenim mrežama obrta</w:t>
      </w:r>
    </w:p>
    <w:p>
      <w:pPr>
        <w:pStyle w:val="ListBullet"/>
      </w:pPr>
      <w:r>
        <w:t>objave u elektroničkim i tiskanim publikacijama vezanim uz obrazovanje</w:t>
      </w:r>
    </w:p>
    <w:p/>
    <w:p>
      <w:r>
        <w:t>Također sam suglasan/na da moje dijete može biti fotografirano i/ili snimano u slučaju predstavljanja rada obrta Lumino u medijima (novine, radio, televizija, elektroničke publikacije).</w:t>
      </w:r>
    </w:p>
    <w:p>
      <w:r>
        <w:t>Lumino – obrt za poduku i instrukcije obvezuje se da će prilikom fotografiranja ili snimanja medija u prostoru obrta ili izvan njega prethodno obavijestiti roditelje.</w:t>
      </w:r>
    </w:p>
    <w:p/>
    <w:p>
      <w:r>
        <w:t>Roditelj može u bilo kojem trenutku povući ovu suglasnost pisanim putem.</w:t>
      </w:r>
    </w:p>
    <w:p>
      <w:r>
        <w:t>Ova suglasnost vrijedi za cijelo vrijeme pohađanja poduke u obrtu Lumino, osim ako se pisanim putem ne opozove.</w:t>
      </w:r>
    </w:p>
    <w:p>
      <w:r>
        <w:br/>
        <w:t>Ime i prezime djeteta: _______________________________</w:t>
      </w:r>
    </w:p>
    <w:p>
      <w:r>
        <w:t>Ime i prezime roditelja/skrbnika: _______________________________</w:t>
      </w:r>
    </w:p>
    <w:p>
      <w:r>
        <w:t>Datum: _______________________________</w:t>
      </w:r>
    </w:p>
    <w:p>
      <w:r>
        <w:t>Potpis roditelja/skrbnika: 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